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Georgia"/>
          <w:b w:val="0"/>
          <w:color w:val="1F2326"/>
          <w:sz w:val="52"/>
        </w:rPr>
        <w:t>Edited Volume Proposal Template</w:t>
      </w:r>
    </w:p>
    <w:p>
      <w:pPr>
        <w:spacing w:after="400"/>
        <w:jc w:val="center"/>
      </w:pPr>
      <w:r>
        <w:rPr>
          <w:rFonts w:ascii="Consolas" w:hAnsi="Consolas" w:eastAsia="Consolas"/>
          <w:color w:val="375A6B"/>
          <w:sz w:val="21"/>
        </w:rPr>
        <w:t>Official Template · v1.0 (2026)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Consolas"/>
          <w:b/>
          <w:color w:val="5C6368"/>
          <w:sz w:val="20"/>
        </w:rPr>
        <w:t>Template Details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Format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Microsoft Word (.docx)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Version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v1.0 (2026)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Typical Length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Up to 2,000 words + chapter list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Language of Submission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English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Calibri"/>
          <w:color w:val="5C6368"/>
          <w:sz w:val="22"/>
        </w:rPr>
        <w:t>This template is used to prepare a proposal to edit an academic volume in association with Panorama Research Institute. Complete all seven sections below, then attach this document to the Edited Volume Proposal form at research.panorama-sg.com/collaboration/edited-volume-proposal, or submit it by email to publications@panorama-sg.com.</w:t>
      </w:r>
    </w:p>
    <w:p>
      <w:pPr>
        <w:spacing w:before="120" w:after="80"/>
      </w:pPr>
      <w:r>
        <w:rPr>
          <w:rFonts w:ascii="Georgia" w:hAnsi="Georgia" w:eastAsia="Georgia"/>
          <w:b w:val="0"/>
          <w:color w:val="1F2326"/>
          <w:sz w:val="34"/>
        </w:rPr>
        <w:t>Template Structure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Cover Page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Working volume title, lead editor details, submission date.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[Working Volume Title]</w:t>
              <w:br/>
              <w:t>[Lead Editor Name, Affiliation]</w:t>
              <w:br/>
              <w:t>[Submission Date]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1. Volume Title and Synopsis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Working title and a 300-word synopsis of the volume’s scope and significance.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[Insert the working title and a 300-word synopsis describing the volume’s scope, theme, and scholarly significance.]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2. Editor(s) Profile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Academic bio and relevant publications of the proposed volume editor(s).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[Insert the academic biography and relevant publications of each proposed volume editor.]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3. Target Audience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Primary and secondary readership for the volume.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[Describe the primary and secondary readership this volume is intended for.]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4. Proposed Chapter Structure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Provisional chapter list with working titles and 50-word abstracts.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[Chapter 1: Working title — 50-word abstract]</w:t>
              <w:br/>
              <w:t>[Chapter 2: Working title — 50-word abstract]</w:t>
              <w:br/>
              <w:br/>
              <w:t>(Add a line for each provisional chapter.)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5. Proposed Publisher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Target publisher or publishers, with any existing discussions noted.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[Name the target publisher(s) and note the status of any existing discussions.]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6. Timeline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Proposed call for chapters, submission, and publication timeline.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[Call for Chapters: date]</w:t>
              <w:br/>
              <w:t>[Chapter Submission Deadline: date]</w:t>
              <w:br/>
              <w:t>[Expected Publication: date]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7. Open Access Plan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Proposed open access model and any existing APC funding.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[Describe the proposed open access model (e.g., gold, green, diamond) and any secured or anticipated Article Processing Charge (APC) funding.]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Consolas"/>
              <w:color w:val="8A9196"/>
              <w:sz w:val="17"/>
            </w:rPr>
            <w:t>Panorama Research Institute  ·  research.panorama-sg.com  ·  Official Template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Consolas"/>
              <w:color w:val="8A9196"/>
              <w:sz w:val="17"/>
            </w:rPr>
            <w:t xml:space="preserve">Instructions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Consolas"/>
              <w:color w:val="8A9196"/>
              <w:sz w:val="18"/>
            </w:rPr>
            <w:t>Official Template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